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מוצאים את הסכנה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וחפצים מסוכנים בבית, בחצר, בחורשה וברחוב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דבר מסוכן לדבר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להתנהג נכון כדי למנוע 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סכנות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יכולה לחתוך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מסוכנות בלי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חשמל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 מסוכן ומה בטוח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התחשמלות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לקרוא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מתקן משחקים שבור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מקום לסכנה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(סכין וגז דולק)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(מתקן משחקים שבור)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(ענפים וצמחים לא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(מכוניות ורמזורים)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כשרואים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שמשהו נראה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נוגעים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 מה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תרופות יכולות להזיק או להיות רעילות אם לוקחים אותן בכמות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לוודא שאין מכוניות מתקרבות ולהימנע מתאונה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 סכין, גז, חומרי ניקוי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תלוי בתשובת התלמיד, לבדוק הגיון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הרצויה: קוראים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בית, חצר, חורשה ורחוב ולבקש מהתלמידים לאתר סכנות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ההבדל בין 'מסוכן תמיד' ל'מסוכן בתנאים מסוימים'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על מי אפשר לפנות אליו כשרואים משהו מסוכן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מוצאים את הסכנה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בוחרים בטוח מחפשים סכנות בארבעה מקומות: המטבח, החצר, החורשה והרחוב. בדף הזה נתרגל לזהות מה מסוכן ומה בטוח,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מבוגר  ·  שמאלה  ·  ילדים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סכנות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סכין חדה במטבח היא חפץ מסוכן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תרופות הן ממתקים וכל אחד יכול לקחת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שקע חשמל פתוח יכול לסכן ילד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מה מסוכן ומה בטוח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חפץ במטבח מסוכן במיוחד לילדים?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עלול לקרות אם נוגעים בשקע חשמל רטוב?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התחשמלות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הרגשה נעימה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נכון לעשות כשרואים חפץ חד על הרצפה?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לדרוך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להרים אותו מיד בידיים חשופות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בחצר, מה יכול להיות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עציץ יציב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מתקן משחקים שבור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אסור לגעת בתרופות בלי רשות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כשחוצים כביש צריך להסתכל ימינה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חומרי ניקוי צריכים להיות מחוץ להישג ידם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מקום לסכנה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מתקן משחקים שבור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ענפים וצמחים לא מוכרים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החורשה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מכוניות ורמזורים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סכין וגז דולק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מה עושים כשרואים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 נוגעים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למבוגר מה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שמשהו נראה מסוכן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לא לגעת בתרופות בלי מבוגר?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צריך להסתכל לשני הצדדים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רשמו שתי סכנות שיכולות להיות במטבח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רשמו דבר אחד בטוח ודבר אחד מסוכן בחצר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מוצאים את הסכנה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