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מוצאים את הסכנה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וחפצים מסוכנים בבית, בחצר, בחורשה וברחוב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דבר מסוכן לדבר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להתנהג נכון כדי למנוע 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סכנות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יכולה לחתוך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תרופות מסוכנות בלי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חשמל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חומרים אלו רעילים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לא מסוכן בדרך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אש מסוכנת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 מסוכן ומה בטוח -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סכין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התחשמלות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לקרוא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קופסת פירות על השולחן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מתקן משחקים שבור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אם הרמזור ירוק והדרך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ללכת בשביל המסומן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לא לגעת ולשאול 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מקום לסכנה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(סכין וגז דולק)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(מתקן משחקים שבור)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(ענפים וצמחים לא מוכרים)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(מכוניות ורמזורים)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(כדורים ותרופות)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 עושים כשרואים 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לב שמשהו נראה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נוגעים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מספרים למבוגר מה ראינו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ממתינים שהמבוגר יטפל בסכנה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תרופות יכולות להזיק או להיות רעילות אם לוקחים אותן בכמות לא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במטבח: סכין מסוכנת, צלחת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לוודא שאין מכוניות מתקרבות ולהימנע מתאונה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כמו סכין, גז, חומרי ניקוי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תלוי בתשובת התלמיד, לבדוק הגיון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הרצויה: קוראים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בית, חצר, חורשה ורחוב ולבקש מהתלמידים לאתר סכנות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ההבדל בין 'מסוכן תמיד' ל'מסוכן בתנאים מסוימים'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בדיון קצר על מי אפשר לפנות אליו כשרואים משהו מסוכן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הבטיחות – מוצאים את הסכנה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בוחרים בטוח מחפשים סכנות בארבעה מקומות: המטבח, החצר, החורשה והרחוב. בדף הזה נתרגל לזהות מה מסוכן ומה בטוח, ולמה.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סכנות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סכין חדה במטבח היא חפץ מסוכן לילדים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תרופות הן ממתקים וכל אחד יכול לקחת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חשמל פתוח יכול לסכן ילד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בחומרי ניקוי בלי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חתול ביתי נחשב בדרך כלל לדבר בטוח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להיזהר ליד גז דולק בכיריים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מה מסוכן ומה בטוח -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חפץ במטבח מסוכן במיוחד לילדים?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לקרות אם נוגעים בשקע חשמל רטוב?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התחשמלות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הרגשה נעימה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לעשות כשרואים חפץ חד על הרצפה?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לדרוך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להרים אותו מיד בידיים חשופות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מהבאים נחשב בטוח בדרך כלל במטבח?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גז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קופסת פירות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סכין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בחצר, מה יכול להיות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עציץ יציב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מתקן משחקים שבור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דשא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חשוב לבדוק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יש ציפורים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הרמזור ירוק והדרך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יש חברים בסביבה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בחורשה, איזו התנהגות בטוחה?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לטפס גבוה מדי על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ללכת בשביל המסומן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לגעת בכל צמח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בלי להסתכל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נכון לגבי בקבוק עם חומר שאינו מוכר?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לטעום כדי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להריח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לגעת ולשאול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לשפוך אותו על הידיים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אסור לגעת בתרופות בלי רשות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כשחוצים כביש צריך להסתכל ימינה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חומרי ניקוי צריכים להיות מחוץ להישג ידם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אסור להכניס אצבעות ל__________ חשמל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סכין חדה צריכה להישמר במקום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טיפוס על עץ בחורשה כדאי לבדוק שהענף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מקום לסכנה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כדורים ותרופות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ענפים וצמחים לא מוכרים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החורשה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סכין וגז דולק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מתקן משחקים שבור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ארון תרופות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מכוניות ורמזורים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 עושים כשרואים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נוגעים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שמשהו נראה מסוכן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מספרים למבוגר מה ראינו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ממתינים שהמבוגר יטפל בסכנה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למבוגר 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לא לגעת בתרופות בלי מבוגר?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לדבר מסוכן ולדבר בטוח באותו חדר בבית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להסתכל לשני הצדדים לפני חציית כביש?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רשמו שתי סכנות שיכולות להיות במטבח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רשמו דבר אחד בטוח ודבר אחד מסוכן בחצר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סכנה ואי אפשר לטפל בה לבד?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הבטיחות – מוצאים את הסכנה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